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45"/>
        <w:gridCol w:w="3642"/>
        <w:gridCol w:w="3647"/>
      </w:tblGrid>
      <w:tr w:rsidR="0015628B" w:rsidRPr="0015628B">
        <w:trPr>
          <w:jc w:val="center"/>
        </w:trPr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15628B" w:rsidRPr="0015628B" w:rsidRDefault="0015628B" w:rsidP="0015628B">
            <w:pPr>
              <w:spacing w:after="40"/>
              <w:rPr>
                <w:rFonts w:ascii="Trebuchet MS" w:hAnsi="Trebuchet MS"/>
                <w:b/>
                <w:sz w:val="17"/>
              </w:rPr>
            </w:pPr>
            <w:bookmarkStart w:id="0" w:name="_GoBack"/>
            <w:proofErr w:type="spellStart"/>
            <w:r w:rsidRPr="0015628B">
              <w:rPr>
                <w:rFonts w:ascii="Trebuchet MS" w:hAnsi="Trebuchet MS"/>
                <w:sz w:val="17"/>
              </w:rPr>
              <w:t>Județul</w:t>
            </w:r>
            <w:proofErr w:type="spellEnd"/>
            <w:r w:rsidRPr="0015628B">
              <w:rPr>
                <w:rFonts w:ascii="Trebuchet MS" w:hAnsi="Trebuchet MS"/>
                <w:sz w:val="17"/>
              </w:rPr>
              <w:t xml:space="preserve">: </w:t>
            </w:r>
            <w:r w:rsidRPr="0015628B">
              <w:rPr>
                <w:rFonts w:ascii="Trebuchet MS" w:hAnsi="Trebuchet MS"/>
                <w:b/>
                <w:sz w:val="17"/>
              </w:rPr>
              <w:t>HARGHITA</w:t>
            </w:r>
          </w:p>
          <w:p w:rsidR="0015628B" w:rsidRPr="0015628B" w:rsidRDefault="0015628B" w:rsidP="0015628B">
            <w:pPr>
              <w:spacing w:after="40"/>
              <w:rPr>
                <w:rFonts w:ascii="Trebuchet MS" w:hAnsi="Trebuchet MS"/>
              </w:rPr>
            </w:pPr>
            <w:proofErr w:type="spellStart"/>
            <w:r w:rsidRPr="0015628B">
              <w:rPr>
                <w:rFonts w:ascii="Trebuchet MS" w:hAnsi="Trebuchet MS"/>
                <w:sz w:val="17"/>
              </w:rPr>
              <w:t>Autoritatea</w:t>
            </w:r>
            <w:proofErr w:type="spellEnd"/>
            <w:r w:rsidRPr="0015628B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15628B">
              <w:rPr>
                <w:rFonts w:ascii="Trebuchet MS" w:hAnsi="Trebuchet MS"/>
                <w:sz w:val="17"/>
              </w:rPr>
              <w:t>administrației</w:t>
            </w:r>
            <w:proofErr w:type="spellEnd"/>
            <w:r w:rsidRPr="0015628B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15628B">
              <w:rPr>
                <w:rFonts w:ascii="Trebuchet MS" w:hAnsi="Trebuchet MS"/>
                <w:sz w:val="17"/>
              </w:rPr>
              <w:t>publice</w:t>
            </w:r>
            <w:proofErr w:type="spellEnd"/>
            <w:r w:rsidRPr="0015628B">
              <w:rPr>
                <w:rFonts w:ascii="Trebuchet MS" w:hAnsi="Trebuchet MS"/>
                <w:sz w:val="17"/>
              </w:rPr>
              <w:t xml:space="preserve">: </w:t>
            </w:r>
            <w:r w:rsidRPr="0015628B">
              <w:rPr>
                <w:rFonts w:ascii="Trebuchet MS" w:hAnsi="Trebuchet MS"/>
                <w:b/>
                <w:sz w:val="17"/>
              </w:rPr>
              <w:t>COMUNA LĂZAREA</w:t>
            </w:r>
            <w:r w:rsidRPr="0015628B">
              <w:rPr>
                <w:rFonts w:ascii="Trebuchet MS" w:hAnsi="Trebuchet MS"/>
                <w:sz w:val="17"/>
              </w:rPr>
              <w:br/>
            </w:r>
            <w:proofErr w:type="spellStart"/>
            <w:r w:rsidRPr="0015628B">
              <w:rPr>
                <w:rFonts w:ascii="Trebuchet MS" w:hAnsi="Trebuchet MS"/>
                <w:sz w:val="17"/>
              </w:rPr>
              <w:t>Adresa</w:t>
            </w:r>
            <w:proofErr w:type="spellEnd"/>
            <w:r w:rsidRPr="0015628B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15628B">
              <w:rPr>
                <w:rFonts w:ascii="Trebuchet MS" w:hAnsi="Trebuchet MS"/>
                <w:sz w:val="17"/>
              </w:rPr>
              <w:t>oficială</w:t>
            </w:r>
            <w:proofErr w:type="spellEnd"/>
            <w:r w:rsidRPr="0015628B">
              <w:rPr>
                <w:rFonts w:ascii="Trebuchet MS" w:hAnsi="Trebuchet MS"/>
                <w:sz w:val="17"/>
              </w:rPr>
              <w:t xml:space="preserve">: </w:t>
            </w:r>
            <w:proofErr w:type="spellStart"/>
            <w:r w:rsidRPr="0015628B">
              <w:rPr>
                <w:rFonts w:ascii="Trebuchet MS" w:hAnsi="Trebuchet MS"/>
                <w:sz w:val="17"/>
              </w:rPr>
              <w:t>sediul</w:t>
            </w:r>
            <w:proofErr w:type="spellEnd"/>
            <w:r w:rsidRPr="0015628B">
              <w:rPr>
                <w:rFonts w:ascii="Trebuchet MS" w:hAnsi="Trebuchet MS"/>
                <w:sz w:val="17"/>
              </w:rPr>
              <w:t xml:space="preserve"> / </w:t>
            </w:r>
            <w:proofErr w:type="spellStart"/>
            <w:r w:rsidRPr="0015628B">
              <w:rPr>
                <w:rFonts w:ascii="Trebuchet MS" w:hAnsi="Trebuchet MS"/>
                <w:sz w:val="17"/>
              </w:rPr>
              <w:t>telefon</w:t>
            </w:r>
            <w:proofErr w:type="spellEnd"/>
            <w:r w:rsidRPr="0015628B">
              <w:rPr>
                <w:rFonts w:ascii="Trebuchet MS" w:hAnsi="Trebuchet MS"/>
                <w:sz w:val="17"/>
              </w:rPr>
              <w:t xml:space="preserve"> / e-mail: </w:t>
            </w:r>
            <w:proofErr w:type="spellStart"/>
            <w:r w:rsidRPr="0015628B">
              <w:rPr>
                <w:rFonts w:ascii="Trebuchet MS" w:hAnsi="Trebuchet MS"/>
                <w:b/>
                <w:sz w:val="17"/>
              </w:rPr>
              <w:t>Lăzarea</w:t>
            </w:r>
            <w:proofErr w:type="spellEnd"/>
            <w:r w:rsidRPr="0015628B">
              <w:rPr>
                <w:rFonts w:ascii="Trebuchet MS" w:hAnsi="Trebuchet MS"/>
                <w:b/>
                <w:sz w:val="17"/>
              </w:rPr>
              <w:t>, nr.702, primaria.lazarea@yahoo.com</w:t>
            </w:r>
            <w:r w:rsidRPr="0015628B">
              <w:rPr>
                <w:rFonts w:ascii="Trebuchet MS" w:hAnsi="Trebuchet MS"/>
                <w:b/>
                <w:sz w:val="17"/>
              </w:rPr>
              <w:br/>
            </w:r>
            <w:r w:rsidRPr="0015628B">
              <w:rPr>
                <w:rFonts w:ascii="Trebuchet MS" w:hAnsi="Trebuchet MS"/>
                <w:sz w:val="17"/>
              </w:rPr>
              <w:t xml:space="preserve">CIF: </w:t>
            </w:r>
            <w:r w:rsidRPr="0015628B">
              <w:rPr>
                <w:rFonts w:ascii="Trebuchet MS" w:hAnsi="Trebuchet MS"/>
                <w:b/>
                <w:sz w:val="17"/>
              </w:rPr>
              <w:t>4368006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15628B" w:rsidRPr="0015628B" w:rsidRDefault="0015628B" w:rsidP="0015628B">
            <w:pPr>
              <w:jc w:val="center"/>
              <w:rPr>
                <w:rFonts w:ascii="Trebuchet MS" w:hAnsi="Trebuchet MS"/>
                <w:b/>
                <w:sz w:val="17"/>
              </w:rPr>
            </w:pPr>
            <w:r w:rsidRPr="0015628B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59264" behindDoc="0" locked="0" layoutInCell="1" allowOverlap="1" wp14:anchorId="5BCAE13D" wp14:editId="112FC950">
                  <wp:simplePos x="0" y="0"/>
                  <wp:positionH relativeFrom="margin">
                    <wp:align>center</wp:align>
                  </wp:positionH>
                  <wp:positionV relativeFrom="margin">
                    <wp:posOffset>21590</wp:posOffset>
                  </wp:positionV>
                  <wp:extent cx="522605" cy="752475"/>
                  <wp:effectExtent l="0" t="0" r="0" b="9525"/>
                  <wp:wrapNone/>
                  <wp:docPr id="2" name="Kép 2" descr="C:\Users\Legion\AppData\Local\Microsoft\Windows\INetCache\Content.Word\jos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gion\AppData\Local\Microsoft\Windows\INetCache\Content.Word\jos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5628B" w:rsidRPr="0015628B" w:rsidRDefault="0015628B" w:rsidP="0015628B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15628B" w:rsidRPr="0015628B" w:rsidRDefault="0015628B" w:rsidP="0015628B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15628B" w:rsidRPr="0015628B" w:rsidRDefault="0015628B" w:rsidP="0015628B">
            <w:pPr>
              <w:jc w:val="center"/>
              <w:rPr>
                <w:rFonts w:ascii="Trebuchet MS" w:hAnsi="Trebuchet MS"/>
              </w:rPr>
            </w:pPr>
            <w:r w:rsidRPr="0015628B">
              <w:rPr>
                <w:rFonts w:ascii="Trebuchet MS" w:hAnsi="Trebuchet MS"/>
                <w:b/>
                <w:sz w:val="17"/>
              </w:rPr>
              <w:t xml:space="preserve">F_CU_03 - </w:t>
            </w:r>
            <w:proofErr w:type="spellStart"/>
            <w:r w:rsidRPr="0015628B">
              <w:rPr>
                <w:rFonts w:ascii="Trebuchet MS" w:hAnsi="Trebuchet MS"/>
                <w:b/>
                <w:sz w:val="17"/>
              </w:rPr>
              <w:t>versiunea</w:t>
            </w:r>
            <w:proofErr w:type="spellEnd"/>
            <w:r w:rsidRPr="0015628B">
              <w:rPr>
                <w:rFonts w:ascii="Trebuchet MS" w:hAnsi="Trebuchet MS"/>
                <w:b/>
                <w:sz w:val="17"/>
              </w:rPr>
              <w:t xml:space="preserve"> 1.0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15628B" w:rsidRPr="0015628B" w:rsidRDefault="0015628B" w:rsidP="0015628B">
            <w:pPr>
              <w:rPr>
                <w:rFonts w:ascii="Trebuchet MS" w:hAnsi="Trebuchet MS"/>
              </w:rPr>
            </w:pPr>
            <w:proofErr w:type="spellStart"/>
            <w:r w:rsidRPr="0015628B">
              <w:rPr>
                <w:rFonts w:ascii="Trebuchet MS" w:hAnsi="Trebuchet MS"/>
                <w:i/>
                <w:sz w:val="16"/>
              </w:rPr>
              <w:t>Număr</w:t>
            </w:r>
            <w:proofErr w:type="spellEnd"/>
            <w:r w:rsidRPr="0015628B">
              <w:rPr>
                <w:rFonts w:ascii="Trebuchet MS" w:hAnsi="Trebuchet MS"/>
                <w:i/>
                <w:sz w:val="16"/>
              </w:rPr>
              <w:t xml:space="preserve"> de </w:t>
            </w:r>
            <w:proofErr w:type="spellStart"/>
            <w:r w:rsidRPr="0015628B">
              <w:rPr>
                <w:rFonts w:ascii="Trebuchet MS" w:hAnsi="Trebuchet MS"/>
                <w:i/>
                <w:sz w:val="16"/>
              </w:rPr>
              <w:t>înregistrare</w:t>
            </w:r>
            <w:proofErr w:type="spellEnd"/>
            <w:r w:rsidRPr="0015628B">
              <w:rPr>
                <w:rFonts w:ascii="Trebuchet MS" w:hAnsi="Trebuchet MS"/>
                <w:i/>
                <w:sz w:val="16"/>
              </w:rPr>
              <w:t>: .....................</w:t>
            </w:r>
            <w:r w:rsidRPr="0015628B">
              <w:rPr>
                <w:rFonts w:ascii="Trebuchet MS" w:hAnsi="Trebuchet MS"/>
                <w:i/>
                <w:sz w:val="16"/>
              </w:rPr>
              <w:br/>
              <w:t>Data: ...................................................</w:t>
            </w:r>
            <w:r w:rsidRPr="0015628B">
              <w:rPr>
                <w:rFonts w:ascii="Trebuchet MS" w:hAnsi="Trebuchet MS"/>
                <w:i/>
                <w:sz w:val="16"/>
              </w:rPr>
              <w:br/>
              <w:t xml:space="preserve">(se </w:t>
            </w:r>
            <w:proofErr w:type="spellStart"/>
            <w:r w:rsidRPr="0015628B">
              <w:rPr>
                <w:rFonts w:ascii="Trebuchet MS" w:hAnsi="Trebuchet MS"/>
                <w:i/>
                <w:sz w:val="16"/>
              </w:rPr>
              <w:t>completează</w:t>
            </w:r>
            <w:proofErr w:type="spellEnd"/>
            <w:r w:rsidRPr="0015628B">
              <w:rPr>
                <w:rFonts w:ascii="Trebuchet MS" w:hAnsi="Trebuchet MS"/>
                <w:i/>
                <w:sz w:val="16"/>
              </w:rPr>
              <w:t xml:space="preserve"> de </w:t>
            </w:r>
            <w:proofErr w:type="spellStart"/>
            <w:r w:rsidRPr="0015628B">
              <w:rPr>
                <w:rFonts w:ascii="Trebuchet MS" w:hAnsi="Trebuchet MS"/>
                <w:i/>
                <w:sz w:val="16"/>
              </w:rPr>
              <w:t>autoritate</w:t>
            </w:r>
            <w:proofErr w:type="spellEnd"/>
            <w:r w:rsidRPr="0015628B">
              <w:rPr>
                <w:rFonts w:ascii="Trebuchet MS" w:hAnsi="Trebuchet MS"/>
                <w:i/>
                <w:sz w:val="16"/>
              </w:rPr>
              <w:t>)</w:t>
            </w:r>
          </w:p>
        </w:tc>
      </w:tr>
      <w:tr w:rsidR="007D02A7" w:rsidRPr="0015628B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7D02A7" w:rsidRPr="0015628B" w:rsidRDefault="0015628B">
            <w:pPr>
              <w:jc w:val="center"/>
              <w:rPr>
                <w:rFonts w:ascii="Trebuchet MS" w:hAnsi="Trebuchet MS"/>
              </w:rPr>
            </w:pPr>
            <w:r w:rsidRPr="0015628B">
              <w:rPr>
                <w:rFonts w:ascii="Trebuchet MS" w:hAnsi="Trebuchet MS"/>
                <w:b/>
                <w:sz w:val="21"/>
              </w:rPr>
              <w:t>ÎNȘTIINȚARE PRIVIND FINALIZAREA LUCRĂRILOR NOTIFICATE ȘI PARTICIPAREA UAT LA RECEPȚIE</w:t>
            </w:r>
          </w:p>
        </w:tc>
      </w:tr>
    </w:tbl>
    <w:p w:rsidR="007D02A7" w:rsidRPr="0015628B" w:rsidRDefault="007D02A7">
      <w:pPr>
        <w:spacing w:after="80"/>
        <w:rPr>
          <w:rFonts w:ascii="Trebuchet MS" w:hAnsi="Trebuchet MS"/>
        </w:rPr>
      </w:pPr>
    </w:p>
    <w:p w:rsidR="007D02A7" w:rsidRPr="0015628B" w:rsidRDefault="0015628B">
      <w:pPr>
        <w:rPr>
          <w:rFonts w:ascii="Trebuchet MS" w:hAnsi="Trebuchet MS"/>
        </w:rPr>
      </w:pPr>
      <w:r w:rsidRPr="0015628B">
        <w:rPr>
          <w:rFonts w:ascii="Trebuchet MS" w:hAnsi="Trebuchet MS"/>
        </w:rPr>
        <w:t>1. REFERINȚE: Notif</w:t>
      </w:r>
      <w:r w:rsidRPr="0015628B">
        <w:rPr>
          <w:rFonts w:ascii="Trebuchet MS" w:hAnsi="Trebuchet MS"/>
        </w:rPr>
        <w:t>icarea nr. .......... din data .......... a beneficiarului ....................................................</w:t>
      </w:r>
      <w:r w:rsidRPr="0015628B">
        <w:rPr>
          <w:rFonts w:ascii="Trebuchet MS" w:hAnsi="Trebuchet MS"/>
        </w:rPr>
        <w:br/>
        <w:t>Proiect nr./cod: .................... Imobilul: ................................................................................................</w:t>
      </w:r>
      <w:r w:rsidRPr="0015628B">
        <w:rPr>
          <w:rFonts w:ascii="Trebuchet MS" w:hAnsi="Trebuchet MS"/>
        </w:rPr>
        <w:t>................</w:t>
      </w:r>
      <w:r w:rsidRPr="0015628B">
        <w:rPr>
          <w:rFonts w:ascii="Trebuchet MS" w:hAnsi="Trebuchet MS"/>
        </w:rPr>
        <w:br/>
        <w:t>Se declară data începerii, data finalizării și data/ora/locul propus pentru comisia de recepție.</w:t>
      </w:r>
    </w:p>
    <w:p w:rsidR="007D02A7" w:rsidRPr="0015628B" w:rsidRDefault="0015628B">
      <w:pPr>
        <w:rPr>
          <w:rFonts w:ascii="Trebuchet MS" w:hAnsi="Trebuchet MS"/>
        </w:rPr>
      </w:pPr>
      <w:r w:rsidRPr="0015628B">
        <w:rPr>
          <w:rFonts w:ascii="Trebuchet MS" w:hAnsi="Trebuchet MS"/>
          <w:b/>
        </w:rPr>
        <w:t>3. DATA ȘI SEMNĂTURA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7"/>
        <w:gridCol w:w="5467"/>
      </w:tblGrid>
      <w:tr w:rsidR="007D02A7" w:rsidRPr="0015628B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7D02A7" w:rsidRPr="0015628B" w:rsidRDefault="0015628B">
            <w:pPr>
              <w:rPr>
                <w:rFonts w:ascii="Trebuchet MS" w:hAnsi="Trebuchet MS"/>
              </w:rPr>
            </w:pPr>
            <w:r w:rsidRPr="0015628B">
              <w:rPr>
                <w:rFonts w:ascii="Trebuchet MS" w:hAnsi="Trebuchet MS"/>
                <w:sz w:val="18"/>
              </w:rPr>
              <w:t>Data: ........................................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7D02A7" w:rsidRPr="0015628B" w:rsidRDefault="0015628B">
            <w:pPr>
              <w:rPr>
                <w:rFonts w:ascii="Trebuchet MS" w:hAnsi="Trebuchet MS"/>
              </w:rPr>
            </w:pPr>
            <w:r w:rsidRPr="0015628B">
              <w:rPr>
                <w:rFonts w:ascii="Trebuchet MS" w:hAnsi="Trebuchet MS"/>
                <w:sz w:val="18"/>
              </w:rPr>
              <w:t>Beneficiarul: ........................................</w:t>
            </w:r>
            <w:r w:rsidRPr="0015628B">
              <w:rPr>
                <w:rFonts w:ascii="Trebuchet MS" w:hAnsi="Trebuchet MS"/>
                <w:sz w:val="18"/>
              </w:rPr>
              <w:br/>
              <w:t>Semnătura: ........</w:t>
            </w:r>
            <w:r w:rsidRPr="0015628B">
              <w:rPr>
                <w:rFonts w:ascii="Trebuchet MS" w:hAnsi="Trebuchet MS"/>
                <w:sz w:val="18"/>
              </w:rPr>
              <w:t>................................</w:t>
            </w:r>
          </w:p>
        </w:tc>
      </w:tr>
      <w:bookmarkEnd w:id="0"/>
    </w:tbl>
    <w:p w:rsidR="007D02A7" w:rsidRPr="0015628B" w:rsidRDefault="007D02A7">
      <w:pPr>
        <w:spacing w:after="80"/>
        <w:rPr>
          <w:rFonts w:ascii="Trebuchet MS" w:hAnsi="Trebuchet MS"/>
        </w:rPr>
      </w:pPr>
    </w:p>
    <w:sectPr w:rsidR="007D02A7" w:rsidRPr="0015628B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5628B"/>
    <w:rsid w:val="0029639D"/>
    <w:rsid w:val="00326F90"/>
    <w:rsid w:val="007D02A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5ACD0F09-4DCE-4D0D-B82A-67AE6C623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25129F-613C-4EDF-82AE-283A14F70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Legion</cp:lastModifiedBy>
  <cp:revision>2</cp:revision>
  <dcterms:created xsi:type="dcterms:W3CDTF">2026-09-11T10:19:00Z</dcterms:created>
  <dcterms:modified xsi:type="dcterms:W3CDTF">2026-09-11T10:19:00Z</dcterms:modified>
  <cp:category/>
</cp:coreProperties>
</file>